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«Системные Проекты»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