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Архипову Николаю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