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«Альпстрой-ДВ»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"Альпстрой-ДВ" (подробнее) Ответчики: АО "АльфаСтрахование"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