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«Региональный оператор Севера»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