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«ГК Благоустройство»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"Маштехстрой" (подробнее) Ответчики: ИНСПЕКЦИЯ МИНИСТЕРСТВА РОССИЙСКОЙ ФЕДЕРАЦИИ ПО НАЛОГАМ И СБОРАМ №31 ПО ЗАПАДНОМУ АДМИНИСТРАТИВНОМУ ОКРУГУ Г. МОСКВЫ (подробнее) ООО "ЯМСКОЕ ПОЛЕ"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