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Белитченко Анатолию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