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государственного жилищного и архитектурно-строительного надзора Республики Северная Осетия – 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межрегионгаз Владикавказ" (подробнее) Иные лица: Служба государственного жилищного и архитектурно-строительного надзора РСО-Алания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