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«422 военный госпиталь»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