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26.10.2023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05.10.2023 № 307-ЭС23-17111, постановление Тринадцатого арбитражного апелляционного суда от 21.02.2023 и постановление Арбитражного суда Северо-Западного округа от 27.06.2023 по делу № А21-13147/2020 Арбитражного суда Калининградской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Панькина Александра Васильевича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