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Галеева Айрата Радиковича на определение Арбитражного суда Республики Татарстан от 23.12.2022, постановление Одиннадцатого арбитражного апелляционного суда от 14.02.2023 и постановление Арбитражного суда Поволжского округа от 26.04.2023 по делу № А65-24538/2020 назначена к рассмотрению в судебном заседании Судебной коллегии по экономическим спорам Верховного Суда Российской Федерации на 20 ноября 2023 года на 12 часов 00 минут. В Верховный Суд Российской Федерации поступило ходатайство конкурсного управляющего должником Кадагазова Д.Б.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онлайн). Учитывая наличие технической возможности осуществления видеосвязи, данное ходатайство подлежит удовлетворению. 2 Ввиду удовлетворения настоящего ходатайства право конкурсного управляющего должником Кадагазова Д.Б., предусмотренное статьями 41 и 153.1 Арбитражного процессуального кодекса Российской Федерации, считается реализованным, в связи с чем рассмотрение ходатайства Кадагазова Д.Б. об участии в судебном заседании путём использования систем видеоконференции-связи при содействии Арбитражного суда Республики Татарстан, Арбитражного суда Поволжского округа – беспредметно. Руководствуясь статьями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обществом с ограниченной ответственностью «Диапласт» Кадагазова Джигита Борисовича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 по делу № А65-24538/2020 Арбитражного суда Республики Татарстан удовлетворить. Разъяснить участвующим в деле лицам, что они также имеют право на участие в судебном заседании путём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