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по физической культуре и спорту Удмуртской Республики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по физической культуре и спорту Удмуртской Республики (подробнее) Ответчики: АНО "Спортивный клуб "Прогресс" города Глазова"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