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«Диагностический центр «Энерго»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"Диагностический Центр "Энерго" (подробнее) Ответчики: АО "СТРАХОВАЯ КОМПАНИЯ "СОГАЗ-МЕД"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