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Тютюнник Андрей Петрович обратился в суд с заявлением о привлечении Сукача Сергея Викторовича, Осипенко Андрея Владимировича, Космыниной М.Г., Пигасина Эрия Петровича, общества с ограниченной ответственностью «Тисо» (далее – общество «Тисо»), Плешивых Аркадия Анатольевича, Якушева А.В. к субсидиарной ответственности по обязательствам должника. Определением Арбитражного суда Новосибирской области от 18.04.2022, оставленным без изменения постановлением Седьмого арбитражного апелляционного суда от 27.06.2022, требования удовлетворены частично, признано доказанным наличие оснований для привлечения Сукача С.В., Плешивых А.А., Пигасина Э.П. к субсидиарной ответственности по обязательствам должника, приостановлено производство по заявлению в части определения размера субсидиарной ответственности; отказано в удовлетворении требований в остальной части. Постановлением Арбитражного суда Западно-Сибирского округа от 12.10.2022 отменены определение суда первой инстанции от 18.04.2022 и постановление апелляционного суда от 27.06.2022 в части отказа в привлечении Космыниной М.Г., Якушева А.В., Осипенко А. В., общества «Тисо» к субсидиарной ответственности по обязательствам должника; в отменённой части обособленный спор направлен на новое рассмотрение в Арбитражный суд Новосибирской области. 2 При новом рассмотрении определением Арбитражного суда Новосибирской области от 24.03.2023, оставленным без изменения постановлениями Седьмого арбитражного апелляционного суда от 01.06.2023 и Арбитражного суда Западно-Сибирского округа от 04.08.2023, общество «Тисо», Осипенко А.В., Космынина М.Г. и Якушев А.В. привлечены к субсидиарной ответственности; приостановлено производство по рассмотрению заявления в остальной части до окончания расчётов с кредиторами. В кассационных жалобах, поданных в Верховный Суд Российской Федерации, заявители просят отменить названые судебные акты в части привлечения главного бухгалтера должника – Космыниной М.Г. и руководителя общества «Тисо» – Якушева А.В. к субсидиарной ответственности.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обжалуемых частях, суды, руководствуясь положениями статьи 61.10 и пунктов 1 и 2 статьи 61.11 Федерального закона от 26.10.2002 № 127-ФЗ «О несостоятельности (банкротстве)», пришли к выводу о доказанности совокупности условий, необходимых для привлечения Космыниной М.Г. и Якушева А.В., являвшихся контролирующими должника лицами, к субсидиарной ответственности по обязательствам должника, указав на совершение ответчиками действий, направленных на причинение вреда должнику и его кредиторам, которые привели к банкротству. Выводы судов в обжалуемых частях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судебных актов в обжалуемых частях, судами не допущено. Доводы заявителей,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