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Ивашкину Николаю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