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«Кубань- Гидроспецгеология»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