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«Северавиа» и обществу с ограниченной ответственностью «Билибиноавиа»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