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«Снабженец-2»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