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25.10.2023 направил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казенного учреждения «Санаторий «Анапа»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