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«Джей Би Плюс. Ру»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"ТРАНСНЕФТЬ НЕФТЯНЫЕ НАСОСЫ" (подробнее) ООО "СОЭКС-НЕВА" (подробнее) Ответчики: ООО "Джей Би Плюс. Ру" (подробнее) Иные лица: АС Уральского округа (подробнее) АС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