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Теряевой Ольге Андреевне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