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«Брянский молочный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