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«Инвестиционно-строительная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