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«ТЭК РУСГЛОБАЛ»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