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Металлургического района города Челябинска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