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унитарному предприятию Камчатского края «Камчаттрансфлот»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