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Демихову Виктору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