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города Ижевска «Служба городского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Муниципальное казенное учреждение города Ижевска "Служба городского строительства" (подробнее) Ответчики: ООО "Спарта"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