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здравоохранения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здравоохранения КК (подробнее) Министерство здравоохранения Краснодарского края (подробнее) Ответчики: ООО "Севастопольфармация"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