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Егоринину Дмитрию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