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«Крымский Винный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