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«Вышневолоцкое ДРСУ»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