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«Находкинская база активного морского рыболовства»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"НАХОДКИНСКАЯ БАЗА АКТИВНОГО МОРСКОГО РЫБОЛОВСТВА" (подробнее) Ответчики: Межрайонная инспекция Федеральной налоговой службы по крупнейшим налогоплательщикам №6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