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№ 9 по Ставропольскому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"ДОРСЕРВИС-СК" (подробнее) Ответчики: ИФНС России №22 по г. г. Москве (подробнее) Межрайонная инспекция Федеральной налоговой службы №9 по Ставропольскому краю (подробнее) МИФНС России №22 по городу Москве (подробнее) МИФНС России №9 по СК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