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Федеральной налоговой службы по Калининскому району города Челябинска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