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«Ликеро-водочный завод «ОША» и Веретено Владимиру Константиновичу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