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«Вымпел-Проф»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