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«Золото-рудная компания «Бравая»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