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«Техносервъ А/С»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