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Ковалеву Юрию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