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«Охранное предприятие «Иваныч»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