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государственного жилищного надзора Ямало-Ненецкого автономного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