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Центрально-Черноземному межрегиональному управлению Федеральной службы по надзору в сфере природопользования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