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«Государственная транспортная лизинговая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