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Фахрутдинову Ленару Ильгизаровичу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