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24 октября 2023 г. по делу № А07-15853/2016 Верховный Суд Российской Федерации - Банкротное Суть спора: Банкротство, несостоятельность 79078_2106925 ВЕРХОВНЫЙ СУД РОССИЙСКОЙ ФЕДЕРАЦИИ № 309-ЭС23-19586 ОПРЕДЕЛЕНИЕ г. Москва 24 октября 2023 года Судья Верховного Суда Российской Федерации Корнелюк Е.С., изучив кассационную жалобу акционерного общества «Управление жилищного хозяйства Дёмского района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управления, руководителя должника ФИО1 и участников должника – муниципального унитарного предприятия «Единый расчетно-кассовый центр городского округа город Уфа Республики Башкортостан», закрытого акционерного общества «Цветы Башкортостана», ФИО2, ФИО3, ФИО4 к субсидиарной ответственности по обязательствам должника. Определением Арбитражного суда Республики Башкортостан от 26.12.2022, оставленным без изменения постановлениями Восемнадцатого арбитражного апелляционного суда от 13.04.2023 и Арбитражного суда Уральского округа от 27.06.2023, заявление удовлетворено частично; управление привлечено к субсидиарной ответственности со взысканием 20 155 001 рубля; отказано в удовлетворении остальной части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Исходя из содержания настоящей жалобы, заявитель не согласен с обжалуемыми судебными актами в части привлечения управления к субсидиарной ответственности и отказа в удовлетворении требований к ФИО1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10 Федерального закона от 26.10.2002 № 127-ФЗ «О несостоятельности (банкротстве)» (в актуальной редакции), исходили из доказанности совокупности условий, необходимых для привлечения управления к субсидиарной ответственности по обязательствам должника в названном размере, указав на совершение им противоправных действий, приведших к банкротству общества, с целью причинения вреда его кредиторам; также пришли к выводу о недоказанности оснований для привлечения ФИО1 к субсидиарной ответственности по заявленным основаниям ввиду отсутствия у последнего выгоды от организованной управлением модели деятельности должника, равно как и возможности самостоятельно и независимо от управления осуществлять руководство должником.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МИ ФНС №30 по РБ (подробнее) МУП "Уфаводоканал" (подробнее) Управление Федеральной налоговой службы по Республике Башкортостан (подробнее) Ответчики: ЗАО "Цветы Башкортостана" (подробнее) ООО ЖЭУ-32 (подробнее) Иные лица: МУП Единый расчетно-кассовый центр городского округа город Уфа Республики Башкортостан (подробнее) Некоммерческое партнерство саморегулируемая организация арбитражных управляющих "Синергия" (подробнее) ОАО УПРАВЛЕНИЕ ЖИЛИЩНОГО ХОЗЯЙСТВА СОВЕТСКОГО РАЙОНА ГОРОДСКОГО ОКРУГА ГОРОД УФА РЕСПУБЛИКИ БАШКОРТОСТАН (подробнее) УФНС России по РБ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