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Неклиновского района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Администрация Неклиновского района (подробнее) Администрация Неклиновского района Ростовской области (подробнее) Ответчики: Министерство финансов Ростовской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