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«Земля-Консалт»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