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индивидуальным предпринимателям ФИО1 и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Блинов Петр Михайлович (подробнее) ИП Клеба Татьяна Юрьевна (подробнее) ИП КЛЕБА ТАТЬЯНА ЮРЬЕВНА, БЛИНОВ ПЕТР МИХАЙЛОВИЧ (подробнее) Ответчики: Администрация города Радужный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