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«НТК Ленитех»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"БЕТАТРОН-ИНЖЕНЕРИНГ" (подробнее) Ответчики: ООО "НТК ЛЕНИТЕХ"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