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Научно-производственное предприятие «Радиационный контроль. Приборы и методы»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НПП "РАДИКО" (подробнее) Ответчики: ФГУП "ПСЗ"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